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11E7E" w14:textId="0815C09C" w:rsidR="009C6776" w:rsidRPr="00685973" w:rsidRDefault="00000000">
      <w:pPr>
        <w:pStyle w:val="Nadpis1"/>
      </w:pPr>
      <w:r w:rsidRPr="00685973">
        <w:t>Životopis</w:t>
      </w:r>
    </w:p>
    <w:p w14:paraId="197BB027" w14:textId="7C606834" w:rsidR="009C6776" w:rsidRPr="00685973" w:rsidRDefault="00000000">
      <w:r w:rsidRPr="00685973">
        <w:t xml:space="preserve">David </w:t>
      </w:r>
      <w:r w:rsidR="00685973">
        <w:t>Tyllavajev</w:t>
      </w:r>
      <w:r w:rsidRPr="00685973">
        <w:br/>
        <w:t>Telefon: 773 118 737</w:t>
      </w:r>
      <w:r w:rsidRPr="00685973">
        <w:br/>
        <w:t>E-mail: davejurkevic@gmail.com</w:t>
      </w:r>
      <w:r w:rsidRPr="00685973">
        <w:br/>
        <w:t>Rok narození: 2004</w:t>
      </w:r>
      <w:r w:rsidRPr="00685973">
        <w:br/>
        <w:t>Bydliště: Praha-Zbraslav</w:t>
      </w:r>
    </w:p>
    <w:p w14:paraId="0591193A" w14:textId="77777777" w:rsidR="00685973" w:rsidRDefault="00685973">
      <w:pPr>
        <w:pStyle w:val="Nadpis2"/>
      </w:pPr>
      <w:r>
        <w:rPr>
          <w:noProof/>
        </w:rPr>
        <w:drawing>
          <wp:inline distT="0" distB="0" distL="0" distR="0" wp14:anchorId="3832A36E" wp14:editId="09B48F47">
            <wp:extent cx="2085975" cy="2689195"/>
            <wp:effectExtent l="0" t="0" r="0" b="0"/>
            <wp:docPr id="10467821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306" cy="269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17C9E" w14:textId="6EE941E0" w:rsidR="009C6776" w:rsidRPr="00685973" w:rsidRDefault="00000000">
      <w:pPr>
        <w:pStyle w:val="Nadpis2"/>
      </w:pPr>
      <w:r w:rsidRPr="00685973">
        <w:t>Vzdělání</w:t>
      </w:r>
    </w:p>
    <w:p w14:paraId="54B698EE" w14:textId="77777777" w:rsidR="009C6776" w:rsidRPr="00685973" w:rsidRDefault="00000000">
      <w:r w:rsidRPr="00685973">
        <w:t>Smíchovská střední průmyslová škola a gymnázium</w:t>
      </w:r>
      <w:r w:rsidRPr="00685973">
        <w:br/>
        <w:t>Obor: IT</w:t>
      </w:r>
      <w:r w:rsidRPr="00685973">
        <w:br/>
        <w:t>09/2020 – 06/2024 (SŠ s maturitou)</w:t>
      </w:r>
    </w:p>
    <w:p w14:paraId="7790B4AF" w14:textId="4D6EFF34" w:rsidR="00C431A9" w:rsidRDefault="00000000" w:rsidP="00C431A9">
      <w:pPr>
        <w:pStyle w:val="Nadpis2"/>
      </w:pPr>
      <w:r w:rsidRPr="00685973">
        <w:t>Praxe</w:t>
      </w:r>
    </w:p>
    <w:p w14:paraId="4E526C2E" w14:textId="77777777" w:rsidR="00C431A9" w:rsidRDefault="00C431A9" w:rsidP="00C431A9">
      <w:pPr>
        <w:spacing w:after="0"/>
      </w:pPr>
      <w:r>
        <w:t>Content Creator, Video produkce – Kavárna Letná (od 01/2026)</w:t>
      </w:r>
    </w:p>
    <w:p w14:paraId="4B0CFB4D" w14:textId="77777777" w:rsidR="00C431A9" w:rsidRDefault="00C431A9" w:rsidP="00C431A9">
      <w:pPr>
        <w:spacing w:after="0"/>
      </w:pPr>
      <w:r>
        <w:t>Vytváření obsahu na sociální sítě, hlavně pro Instagram. Příprava a produkce celého natáčení, střih a finální úpravy. Promyšlení obsahu strategicky podle moodu značky.</w:t>
      </w:r>
    </w:p>
    <w:p w14:paraId="4C11839A" w14:textId="77777777" w:rsidR="00C431A9" w:rsidRDefault="00C431A9" w:rsidP="00C431A9">
      <w:pPr>
        <w:spacing w:after="0"/>
      </w:pPr>
    </w:p>
    <w:p w14:paraId="56F2817D" w14:textId="77777777" w:rsidR="00C431A9" w:rsidRDefault="00C431A9" w:rsidP="00C431A9">
      <w:pPr>
        <w:spacing w:after="0"/>
      </w:pPr>
      <w:r>
        <w:t>Content Creator, Video produkce – Foyer Cafe (od 10/2025)</w:t>
      </w:r>
    </w:p>
    <w:p w14:paraId="4CE02759" w14:textId="31240081" w:rsidR="00C431A9" w:rsidRDefault="00C431A9" w:rsidP="00C431A9">
      <w:pPr>
        <w:spacing w:after="0"/>
      </w:pPr>
      <w:r>
        <w:t>Vytváření obsahu na sociální sítě, hlavně pro Instagram. Příprava a produkce celého natáčení, střih a finální úpravy. Promyšlení obsahu strategicky podle moodu značky.</w:t>
      </w:r>
    </w:p>
    <w:p w14:paraId="61BA918F" w14:textId="77777777" w:rsidR="00C431A9" w:rsidRDefault="00C431A9" w:rsidP="00C431A9">
      <w:pPr>
        <w:spacing w:after="0"/>
      </w:pPr>
    </w:p>
    <w:p w14:paraId="6AA6841F" w14:textId="0570A114" w:rsidR="00ED650D" w:rsidRPr="00685973" w:rsidRDefault="00000000" w:rsidP="00C431A9">
      <w:r w:rsidRPr="00685973">
        <w:t>Trenér parkouru – Parkour Praha (od 09/2025)</w:t>
      </w:r>
      <w:r w:rsidRPr="00685973">
        <w:br/>
        <w:t>Vedení tréninků dětí</w:t>
      </w:r>
      <w:r w:rsidR="00685973" w:rsidRPr="00685973">
        <w:t xml:space="preserve"> v Praze</w:t>
      </w:r>
      <w:r w:rsidRPr="00685973">
        <w:t xml:space="preserve"> ve věku 7–14 let, práce se skupinami 15–20 dětí, výuka základních i pokročilých technik parkouru.</w:t>
      </w:r>
    </w:p>
    <w:p w14:paraId="52B49347" w14:textId="6F9D03F6" w:rsidR="009C6776" w:rsidRPr="00685973" w:rsidRDefault="00000000">
      <w:r w:rsidRPr="00685973">
        <w:t>Číšník</w:t>
      </w:r>
      <w:r w:rsidR="00685973">
        <w:t xml:space="preserve"> </w:t>
      </w:r>
      <w:r w:rsidRPr="00685973">
        <w:t xml:space="preserve">– Zátiší Catering (07/2022 – </w:t>
      </w:r>
      <w:r w:rsidR="00ED650D">
        <w:t>08/2025</w:t>
      </w:r>
      <w:r w:rsidRPr="00685973">
        <w:t>)</w:t>
      </w:r>
      <w:r w:rsidRPr="00685973">
        <w:br/>
        <w:t>Obsluha hostů, práce na baru a s pokladnou, příprava a úklid akcí.</w:t>
      </w:r>
    </w:p>
    <w:p w14:paraId="7482DE7C" w14:textId="77777777" w:rsidR="009C6776" w:rsidRPr="00685973" w:rsidRDefault="00000000">
      <w:r w:rsidRPr="00685973">
        <w:lastRenderedPageBreak/>
        <w:t>Učitel IT – ZŠ Vladislava Vančury (04/2023)</w:t>
      </w:r>
      <w:r w:rsidRPr="00685973">
        <w:br/>
        <w:t>Výuka informatiky pro děti 10–15 let v rámci odborné praxe.</w:t>
      </w:r>
    </w:p>
    <w:p w14:paraId="5B9E3720" w14:textId="77777777" w:rsidR="009C6776" w:rsidRPr="00685973" w:rsidRDefault="00000000">
      <w:r w:rsidRPr="00685973">
        <w:t>Učitel IT – SPŠ a gymnázium Smíchov (11/2022 – 12/2022)</w:t>
      </w:r>
      <w:r w:rsidRPr="00685973">
        <w:br/>
        <w:t>Výuka studentů z Ukrajiny v rámci projektu Člověka v tísni.</w:t>
      </w:r>
    </w:p>
    <w:p w14:paraId="5FB5BF08" w14:textId="77777777" w:rsidR="009C6776" w:rsidRPr="00685973" w:rsidRDefault="00000000">
      <w:pPr>
        <w:pStyle w:val="Nadpis2"/>
      </w:pPr>
      <w:r w:rsidRPr="00685973">
        <w:t>Jazykové znalosti</w:t>
      </w:r>
    </w:p>
    <w:p w14:paraId="5A6E9223" w14:textId="4E7F55CC" w:rsidR="009C6776" w:rsidRPr="00685973" w:rsidRDefault="00000000">
      <w:r w:rsidRPr="00685973">
        <w:t>Čeština – výborná</w:t>
      </w:r>
      <w:r w:rsidRPr="00685973">
        <w:br/>
        <w:t>Angličtina – pokročilá</w:t>
      </w:r>
      <w:r w:rsidR="00753F59">
        <w:t xml:space="preserve"> (C2)</w:t>
      </w:r>
      <w:r w:rsidRPr="00685973">
        <w:br/>
        <w:t>Ruština – výborná</w:t>
      </w:r>
    </w:p>
    <w:p w14:paraId="5EE928B2" w14:textId="1B5F38F8" w:rsidR="009C6776" w:rsidRDefault="00C80FE9">
      <w:pPr>
        <w:pStyle w:val="Nadpis2"/>
      </w:pPr>
      <w:r>
        <w:t>Praktické</w:t>
      </w:r>
      <w:r w:rsidRPr="00685973">
        <w:t xml:space="preserve"> znalosti</w:t>
      </w:r>
    </w:p>
    <w:p w14:paraId="763FC72A" w14:textId="151076AA" w:rsidR="00C80FE9" w:rsidRPr="00C80FE9" w:rsidRDefault="00C80FE9" w:rsidP="00C80FE9">
      <w:r w:rsidRPr="00C80FE9">
        <w:t>Věnuji se tvorbě krátkých kinematografických videí pro sociální sítě a natáčení reklamního obsahu – převážně pro kavárny a menší značky. Celý proces mám na starosti sám: od nápadu a přípravy, přes natáčení až po finální střih. Disponuji vlastní technikou a mám zkušenosti s tvorbou obsahu optimalizovaného pro Reels, TikTok</w:t>
      </w:r>
      <w:r>
        <w:t>, YouTube</w:t>
      </w:r>
      <w:r w:rsidRPr="00C80FE9">
        <w:t xml:space="preserve"> i další formáty. </w:t>
      </w:r>
    </w:p>
    <w:p w14:paraId="59E36F66" w14:textId="77777777" w:rsidR="009C6776" w:rsidRPr="00685973" w:rsidRDefault="00000000">
      <w:pPr>
        <w:pStyle w:val="Nadpis2"/>
      </w:pPr>
      <w:r w:rsidRPr="00685973">
        <w:t>Dovednosti</w:t>
      </w:r>
    </w:p>
    <w:p w14:paraId="05358901" w14:textId="77777777" w:rsidR="009C6776" w:rsidRPr="00685973" w:rsidRDefault="00000000">
      <w:r w:rsidRPr="00685973">
        <w:t>Aktivní přístup, samostatnost, pracovitost, ochota učit se, logické myšlení, týmová spolupráce, efektivní komunikace</w:t>
      </w:r>
    </w:p>
    <w:p w14:paraId="71D5A2E2" w14:textId="77777777" w:rsidR="009C6776" w:rsidRPr="00685973" w:rsidRDefault="00000000">
      <w:pPr>
        <w:pStyle w:val="Nadpis2"/>
      </w:pPr>
      <w:r w:rsidRPr="00685973">
        <w:t>Zájmy</w:t>
      </w:r>
    </w:p>
    <w:p w14:paraId="2BD6A8CC" w14:textId="6337EC63" w:rsidR="009C6776" w:rsidRDefault="00000000">
      <w:r w:rsidRPr="00685973">
        <w:t>Sport, parkour, box, posilování, basketbal, hudba (kytara, bicí), tvorba a editace videí, zdravý životní styl</w:t>
      </w:r>
    </w:p>
    <w:sectPr w:rsidR="009C67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2239900">
    <w:abstractNumId w:val="8"/>
  </w:num>
  <w:num w:numId="2" w16cid:durableId="1738547474">
    <w:abstractNumId w:val="6"/>
  </w:num>
  <w:num w:numId="3" w16cid:durableId="1363943677">
    <w:abstractNumId w:val="5"/>
  </w:num>
  <w:num w:numId="4" w16cid:durableId="1595212034">
    <w:abstractNumId w:val="4"/>
  </w:num>
  <w:num w:numId="5" w16cid:durableId="1751081972">
    <w:abstractNumId w:val="7"/>
  </w:num>
  <w:num w:numId="6" w16cid:durableId="469791508">
    <w:abstractNumId w:val="3"/>
  </w:num>
  <w:num w:numId="7" w16cid:durableId="989484494">
    <w:abstractNumId w:val="2"/>
  </w:num>
  <w:num w:numId="8" w16cid:durableId="1781143029">
    <w:abstractNumId w:val="1"/>
  </w:num>
  <w:num w:numId="9" w16cid:durableId="438066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E85"/>
    <w:rsid w:val="0015074B"/>
    <w:rsid w:val="001A271D"/>
    <w:rsid w:val="0029639D"/>
    <w:rsid w:val="00326F90"/>
    <w:rsid w:val="005F69AD"/>
    <w:rsid w:val="00685973"/>
    <w:rsid w:val="00731705"/>
    <w:rsid w:val="00753F59"/>
    <w:rsid w:val="007769E9"/>
    <w:rsid w:val="008C7F26"/>
    <w:rsid w:val="009C6776"/>
    <w:rsid w:val="009D413E"/>
    <w:rsid w:val="00AA1D8D"/>
    <w:rsid w:val="00B168F0"/>
    <w:rsid w:val="00B47730"/>
    <w:rsid w:val="00C431A9"/>
    <w:rsid w:val="00C80FE9"/>
    <w:rsid w:val="00CB0664"/>
    <w:rsid w:val="00DB5BB6"/>
    <w:rsid w:val="00ED650D"/>
    <w:rsid w:val="00FB23C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7A02FE"/>
  <w14:defaultImageDpi w14:val="300"/>
  <w15:docId w15:val="{58E0BB9B-0CC2-4D92-A2DF-DCBF5E74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textovodkaz">
    <w:name w:val="Hyperlink"/>
    <w:basedOn w:val="Standardnpsmoodstavce"/>
    <w:uiPriority w:val="99"/>
    <w:unhideWhenUsed/>
    <w:rsid w:val="00C80FE9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80F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David</cp:lastModifiedBy>
  <cp:revision>26</cp:revision>
  <dcterms:created xsi:type="dcterms:W3CDTF">2013-12-23T23:15:00Z</dcterms:created>
  <dcterms:modified xsi:type="dcterms:W3CDTF">2026-02-07T12:44:00Z</dcterms:modified>
  <cp:category/>
</cp:coreProperties>
</file>