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57A37" w14:textId="0924223D" w:rsidR="00527FE7" w:rsidRPr="003229FE" w:rsidRDefault="003229FE">
      <w:pPr>
        <w:jc w:val="center"/>
        <w:rPr>
          <w:lang w:val="pl-PL"/>
        </w:rPr>
      </w:pPr>
      <w:r w:rsidRPr="003229FE">
        <w:rPr>
          <w:rFonts w:ascii="Arial" w:hAnsi="Arial"/>
          <w:b/>
          <w:color w:val="2980B9"/>
          <w:sz w:val="48"/>
          <w:lang w:val="pl-PL"/>
        </w:rPr>
        <w:t>A</w:t>
      </w:r>
      <w:r>
        <w:rPr>
          <w:rFonts w:ascii="Arial" w:hAnsi="Arial"/>
          <w:b/>
          <w:color w:val="2980B9"/>
          <w:sz w:val="48"/>
          <w:lang w:val="pl-PL"/>
        </w:rPr>
        <w:t>DAM HADRABA</w:t>
      </w:r>
    </w:p>
    <w:p w14:paraId="5F83467F" w14:textId="77777777" w:rsidR="00527FE7" w:rsidRPr="003229FE" w:rsidRDefault="00527FE7">
      <w:pPr>
        <w:rPr>
          <w:lang w:val="pl-PL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527FE7" w14:paraId="59029372" w14:textId="77777777">
        <w:trPr>
          <w:jc w:val="center"/>
        </w:trPr>
        <w:tc>
          <w:tcPr>
            <w:tcW w:w="3024" w:type="dxa"/>
            <w:shd w:val="clear" w:color="auto" w:fill="F2F4F4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464A8" w14:textId="39701F3F" w:rsidR="00527FE7" w:rsidRDefault="00000000">
            <w:pPr>
              <w:jc w:val="center"/>
            </w:pPr>
            <w:r>
              <w:rPr>
                <w:rFonts w:ascii="Arial" w:hAnsi="Arial"/>
                <w:color w:val="7F8C8D"/>
                <w:sz w:val="19"/>
              </w:rPr>
              <w:t>Bydliště:</w:t>
            </w:r>
            <w:r>
              <w:rPr>
                <w:rFonts w:ascii="Arial" w:hAnsi="Arial"/>
                <w:color w:val="7F8C8D"/>
                <w:sz w:val="19"/>
              </w:rPr>
              <w:br/>
            </w:r>
            <w:r w:rsidR="003229FE">
              <w:rPr>
                <w:rFonts w:ascii="Arial" w:hAnsi="Arial"/>
                <w:b/>
                <w:color w:val="2C3E50"/>
                <w:sz w:val="20"/>
              </w:rPr>
              <w:t>Palackého 2885, Teplice 415 01</w:t>
            </w:r>
          </w:p>
        </w:tc>
        <w:tc>
          <w:tcPr>
            <w:tcW w:w="3024" w:type="dxa"/>
            <w:shd w:val="clear" w:color="auto" w:fill="F2F4F4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657CC" w14:textId="0D450582" w:rsidR="00527FE7" w:rsidRDefault="00000000">
            <w:pPr>
              <w:jc w:val="center"/>
            </w:pPr>
            <w:r>
              <w:rPr>
                <w:rFonts w:ascii="Arial" w:hAnsi="Arial"/>
                <w:color w:val="7F8C8D"/>
                <w:sz w:val="19"/>
              </w:rPr>
              <w:t>Telefon:</w:t>
            </w:r>
            <w:r>
              <w:rPr>
                <w:rFonts w:ascii="Arial" w:hAnsi="Arial"/>
                <w:color w:val="7F8C8D"/>
                <w:sz w:val="19"/>
              </w:rPr>
              <w:br/>
            </w:r>
            <w:r>
              <w:rPr>
                <w:rFonts w:ascii="Arial" w:hAnsi="Arial"/>
                <w:b/>
                <w:color w:val="2C3E50"/>
                <w:sz w:val="20"/>
              </w:rPr>
              <w:t>+420</w:t>
            </w:r>
            <w:r w:rsidR="003229FE">
              <w:rPr>
                <w:rFonts w:ascii="Arial" w:hAnsi="Arial"/>
                <w:b/>
                <w:color w:val="2C3E50"/>
                <w:sz w:val="20"/>
              </w:rPr>
              <w:t> 720 375 651</w:t>
            </w:r>
          </w:p>
        </w:tc>
        <w:tc>
          <w:tcPr>
            <w:tcW w:w="3024" w:type="dxa"/>
            <w:shd w:val="clear" w:color="auto" w:fill="F2F4F4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313FD" w14:textId="5E5A400B" w:rsidR="00527FE7" w:rsidRDefault="00000000">
            <w:pPr>
              <w:jc w:val="center"/>
            </w:pPr>
            <w:r>
              <w:rPr>
                <w:rFonts w:ascii="Arial" w:hAnsi="Arial"/>
                <w:color w:val="7F8C8D"/>
                <w:sz w:val="19"/>
              </w:rPr>
              <w:t>E-mail:</w:t>
            </w:r>
            <w:r>
              <w:rPr>
                <w:rFonts w:ascii="Arial" w:hAnsi="Arial"/>
                <w:color w:val="7F8C8D"/>
                <w:sz w:val="19"/>
              </w:rPr>
              <w:br/>
            </w:r>
            <w:r w:rsidR="003229FE">
              <w:rPr>
                <w:rFonts w:ascii="Arial" w:hAnsi="Arial"/>
                <w:b/>
                <w:color w:val="2C3E50"/>
                <w:sz w:val="20"/>
              </w:rPr>
              <w:t>adam.hadraba@seznam.cz</w:t>
            </w:r>
          </w:p>
        </w:tc>
      </w:tr>
    </w:tbl>
    <w:p w14:paraId="5EB1B9A0" w14:textId="77777777" w:rsidR="00527FE7" w:rsidRDefault="00000000">
      <w:pPr>
        <w:spacing w:before="320" w:after="120"/>
      </w:pPr>
      <w:r>
        <w:rPr>
          <w:rFonts w:ascii="Arial" w:hAnsi="Arial"/>
          <w:b/>
          <w:color w:val="2980B9"/>
          <w:sz w:val="24"/>
        </w:rPr>
        <w:t>PROFIL</w:t>
      </w:r>
    </w:p>
    <w:p w14:paraId="632B224A" w14:textId="4AED1C14" w:rsidR="00527FE7" w:rsidRDefault="00DB4396" w:rsidP="009D4B58">
      <w:r>
        <w:rPr>
          <w:rFonts w:ascii="Arial" w:hAnsi="Arial"/>
          <w:sz w:val="21"/>
        </w:rPr>
        <w:t>Narodil jsem se v Teplicích 13. 10. 2006</w:t>
      </w:r>
      <w:r w:rsidR="009D4B58">
        <w:rPr>
          <w:rFonts w:ascii="Arial" w:hAnsi="Arial"/>
          <w:sz w:val="21"/>
        </w:rPr>
        <w:t xml:space="preserve">. </w:t>
      </w:r>
      <w:r w:rsidR="003229FE">
        <w:rPr>
          <w:rFonts w:ascii="Arial" w:hAnsi="Arial"/>
          <w:sz w:val="21"/>
        </w:rPr>
        <w:t xml:space="preserve">Jsem flexibilní, učenlivý a společenský s velkým všeobecným rozhledem o společenském dění, umění a kultuře nebo přírodních vědách. </w:t>
      </w:r>
      <w:r w:rsidR="0089176B">
        <w:rPr>
          <w:rFonts w:ascii="Arial" w:hAnsi="Arial"/>
          <w:sz w:val="21"/>
        </w:rPr>
        <w:t>Jsem přátelský a dobře vycházím s lidmi.</w:t>
      </w:r>
    </w:p>
    <w:p w14:paraId="08CF51B2" w14:textId="77777777" w:rsidR="00527FE7" w:rsidRDefault="00000000">
      <w:pPr>
        <w:spacing w:before="320" w:after="120"/>
      </w:pPr>
      <w:r>
        <w:rPr>
          <w:rFonts w:ascii="Arial" w:hAnsi="Arial"/>
          <w:b/>
          <w:color w:val="2980B9"/>
          <w:sz w:val="24"/>
        </w:rPr>
        <w:t>PRACOVNÍ ZKUŠENOSTI</w:t>
      </w:r>
    </w:p>
    <w:p w14:paraId="147DC0DB" w14:textId="28564271" w:rsidR="00527FE7" w:rsidRPr="003229FE" w:rsidRDefault="003229FE">
      <w:pPr>
        <w:spacing w:before="120" w:after="40"/>
      </w:pPr>
      <w:r w:rsidRPr="003229FE">
        <w:rPr>
          <w:rFonts w:ascii="Arial" w:hAnsi="Arial"/>
          <w:b/>
          <w:color w:val="2C3E50"/>
        </w:rPr>
        <w:t>Dopl</w:t>
      </w:r>
      <w:r>
        <w:rPr>
          <w:rFonts w:ascii="Arial" w:hAnsi="Arial"/>
          <w:b/>
          <w:color w:val="2C3E50"/>
        </w:rPr>
        <w:t>ňovací tým</w:t>
      </w:r>
      <w:r w:rsidRPr="003229FE">
        <w:rPr>
          <w:rFonts w:ascii="Arial" w:hAnsi="Arial"/>
          <w:b/>
          <w:color w:val="2C3E50"/>
        </w:rPr>
        <w:t xml:space="preserve"> | </w:t>
      </w:r>
      <w:r>
        <w:rPr>
          <w:rFonts w:ascii="Arial" w:hAnsi="Arial"/>
          <w:b/>
          <w:color w:val="2980B9"/>
        </w:rPr>
        <w:t>hypermarket Albert, Teplice, OC Olympia</w:t>
      </w:r>
      <w:r w:rsidRPr="003229FE">
        <w:rPr>
          <w:rFonts w:ascii="Arial" w:hAnsi="Arial"/>
          <w:i/>
          <w:color w:val="7F8C8D"/>
          <w:sz w:val="20"/>
        </w:rPr>
        <w:tab/>
      </w:r>
      <w:r w:rsidR="001456B1">
        <w:rPr>
          <w:rFonts w:ascii="Arial" w:hAnsi="Arial"/>
          <w:i/>
          <w:color w:val="7F8C8D"/>
          <w:sz w:val="20"/>
        </w:rPr>
        <w:t>10</w:t>
      </w:r>
      <w:r w:rsidRPr="003229FE">
        <w:rPr>
          <w:rFonts w:ascii="Arial" w:hAnsi="Arial"/>
          <w:i/>
          <w:color w:val="7F8C8D"/>
          <w:sz w:val="20"/>
        </w:rPr>
        <w:t>/202</w:t>
      </w:r>
      <w:r w:rsidR="001456B1">
        <w:rPr>
          <w:rFonts w:ascii="Arial" w:hAnsi="Arial"/>
          <w:i/>
          <w:color w:val="7F8C8D"/>
          <w:sz w:val="20"/>
        </w:rPr>
        <w:t>2</w:t>
      </w:r>
      <w:r w:rsidRPr="003229FE">
        <w:rPr>
          <w:rFonts w:ascii="Arial" w:hAnsi="Arial"/>
          <w:i/>
          <w:color w:val="7F8C8D"/>
          <w:sz w:val="20"/>
        </w:rPr>
        <w:t xml:space="preserve"> – </w:t>
      </w:r>
      <w:r w:rsidR="001456B1">
        <w:rPr>
          <w:rFonts w:ascii="Arial" w:hAnsi="Arial"/>
          <w:i/>
          <w:color w:val="7F8C8D"/>
          <w:sz w:val="20"/>
        </w:rPr>
        <w:t>03/2025</w:t>
      </w:r>
    </w:p>
    <w:p w14:paraId="5BB50C4F" w14:textId="77777777" w:rsidR="001456B1" w:rsidRPr="001456B1" w:rsidRDefault="00000000" w:rsidP="001456B1">
      <w:pPr>
        <w:spacing w:after="120"/>
        <w:ind w:left="288"/>
        <w:rPr>
          <w:rFonts w:ascii="Arial" w:hAnsi="Arial"/>
          <w:color w:val="333333"/>
          <w:sz w:val="20"/>
        </w:rPr>
      </w:pPr>
      <w:r w:rsidRPr="001456B1">
        <w:rPr>
          <w:rFonts w:ascii="Arial" w:hAnsi="Arial"/>
          <w:color w:val="333333"/>
          <w:sz w:val="20"/>
        </w:rPr>
        <w:t xml:space="preserve">• </w:t>
      </w:r>
      <w:r w:rsidR="003229FE" w:rsidRPr="001456B1">
        <w:rPr>
          <w:rFonts w:ascii="Arial" w:hAnsi="Arial"/>
          <w:color w:val="333333"/>
          <w:sz w:val="20"/>
        </w:rPr>
        <w:t>doplňování a kontrola prošlého zboží</w:t>
      </w:r>
    </w:p>
    <w:p w14:paraId="4FB8B249" w14:textId="77777777" w:rsidR="001456B1" w:rsidRPr="001456B1" w:rsidRDefault="00000000" w:rsidP="001456B1">
      <w:pPr>
        <w:spacing w:after="120"/>
        <w:ind w:left="288"/>
        <w:rPr>
          <w:rFonts w:ascii="Arial" w:hAnsi="Arial"/>
          <w:color w:val="333333"/>
          <w:sz w:val="20"/>
          <w:lang w:val="pl-PL"/>
        </w:rPr>
      </w:pPr>
      <w:r w:rsidRPr="001456B1">
        <w:rPr>
          <w:rFonts w:ascii="Arial" w:hAnsi="Arial"/>
          <w:color w:val="333333"/>
          <w:sz w:val="20"/>
          <w:lang w:val="pl-PL"/>
        </w:rPr>
        <w:t xml:space="preserve">• </w:t>
      </w:r>
      <w:r w:rsidR="003229FE" w:rsidRPr="001456B1">
        <w:rPr>
          <w:rFonts w:ascii="Arial" w:hAnsi="Arial"/>
          <w:color w:val="333333"/>
          <w:sz w:val="20"/>
          <w:lang w:val="pl-PL"/>
        </w:rPr>
        <w:t>Komunikace se zákazníky</w:t>
      </w:r>
      <w:r w:rsidR="0089176B" w:rsidRPr="001456B1">
        <w:rPr>
          <w:rFonts w:ascii="Arial" w:hAnsi="Arial"/>
          <w:color w:val="333333"/>
          <w:sz w:val="20"/>
          <w:lang w:val="pl-PL"/>
        </w:rPr>
        <w:t xml:space="preserve"> a spolupráce v týmu</w:t>
      </w:r>
    </w:p>
    <w:p w14:paraId="375C44F6" w14:textId="3BEB5F6D" w:rsidR="00527FE7" w:rsidRPr="001456B1" w:rsidRDefault="00000000" w:rsidP="001456B1">
      <w:pPr>
        <w:spacing w:after="120"/>
        <w:ind w:left="288"/>
        <w:rPr>
          <w:rFonts w:ascii="Arial" w:hAnsi="Arial"/>
          <w:color w:val="333333"/>
          <w:sz w:val="20"/>
          <w:lang w:val="pl-PL"/>
        </w:rPr>
      </w:pPr>
      <w:r w:rsidRPr="001456B1">
        <w:rPr>
          <w:rFonts w:ascii="Arial" w:hAnsi="Arial"/>
          <w:color w:val="333333"/>
          <w:sz w:val="20"/>
          <w:lang w:val="pl-PL"/>
        </w:rPr>
        <w:t xml:space="preserve">• </w:t>
      </w:r>
      <w:r w:rsidR="0089176B" w:rsidRPr="001456B1">
        <w:rPr>
          <w:rFonts w:ascii="Arial" w:hAnsi="Arial"/>
          <w:color w:val="333333"/>
          <w:sz w:val="20"/>
          <w:lang w:val="pl-PL"/>
        </w:rPr>
        <w:t>manipulace s těžkými paletami, i se stroji na jejich přemisťování</w:t>
      </w:r>
    </w:p>
    <w:p w14:paraId="69CE5C12" w14:textId="16489440" w:rsidR="00527FE7" w:rsidRPr="0089176B" w:rsidRDefault="0089176B">
      <w:pPr>
        <w:spacing w:before="120" w:after="40"/>
      </w:pPr>
      <w:r w:rsidRPr="0089176B">
        <w:rPr>
          <w:rFonts w:ascii="Arial" w:hAnsi="Arial"/>
          <w:b/>
          <w:color w:val="2C3E50"/>
        </w:rPr>
        <w:lastRenderedPageBreak/>
        <w:t xml:space="preserve">Průvodce, prodavač | </w:t>
      </w:r>
      <w:r w:rsidRPr="0089176B">
        <w:rPr>
          <w:rFonts w:ascii="Arial" w:hAnsi="Arial"/>
          <w:b/>
          <w:color w:val="2980B9"/>
        </w:rPr>
        <w:t>Papilonia Teplice, Tepl</w:t>
      </w:r>
      <w:r>
        <w:rPr>
          <w:rFonts w:ascii="Arial" w:hAnsi="Arial"/>
          <w:b/>
          <w:color w:val="2980B9"/>
        </w:rPr>
        <w:t>ice, OC Olympia</w:t>
      </w:r>
      <w:r w:rsidRPr="0089176B">
        <w:rPr>
          <w:rFonts w:ascii="Arial" w:hAnsi="Arial"/>
          <w:i/>
          <w:color w:val="7F8C8D"/>
          <w:sz w:val="20"/>
        </w:rPr>
        <w:tab/>
        <w:t>0</w:t>
      </w:r>
      <w:r w:rsidR="001456B1">
        <w:rPr>
          <w:rFonts w:ascii="Arial" w:hAnsi="Arial"/>
          <w:i/>
          <w:color w:val="7F8C8D"/>
          <w:sz w:val="20"/>
        </w:rPr>
        <w:t>1</w:t>
      </w:r>
      <w:r w:rsidRPr="0089176B">
        <w:rPr>
          <w:rFonts w:ascii="Arial" w:hAnsi="Arial"/>
          <w:i/>
          <w:color w:val="7F8C8D"/>
          <w:sz w:val="20"/>
        </w:rPr>
        <w:t>/</w:t>
      </w:r>
      <w:r w:rsidR="001456B1">
        <w:rPr>
          <w:rFonts w:ascii="Arial" w:hAnsi="Arial"/>
          <w:i/>
          <w:color w:val="7F8C8D"/>
          <w:sz w:val="20"/>
        </w:rPr>
        <w:t>2025</w:t>
      </w:r>
      <w:r w:rsidRPr="0089176B">
        <w:rPr>
          <w:rFonts w:ascii="Arial" w:hAnsi="Arial"/>
          <w:i/>
          <w:color w:val="7F8C8D"/>
          <w:sz w:val="20"/>
        </w:rPr>
        <w:t xml:space="preserve"> – </w:t>
      </w:r>
      <w:r w:rsidR="001456B1">
        <w:rPr>
          <w:rFonts w:ascii="Arial" w:hAnsi="Arial"/>
          <w:i/>
          <w:color w:val="7F8C8D"/>
          <w:sz w:val="20"/>
        </w:rPr>
        <w:t>06</w:t>
      </w:r>
      <w:r w:rsidRPr="0089176B">
        <w:rPr>
          <w:rFonts w:ascii="Arial" w:hAnsi="Arial"/>
          <w:i/>
          <w:color w:val="7F8C8D"/>
          <w:sz w:val="20"/>
        </w:rPr>
        <w:t>/202</w:t>
      </w:r>
      <w:r w:rsidR="001456B1">
        <w:rPr>
          <w:rFonts w:ascii="Arial" w:hAnsi="Arial"/>
          <w:i/>
          <w:color w:val="7F8C8D"/>
          <w:sz w:val="20"/>
        </w:rPr>
        <w:t>6</w:t>
      </w:r>
    </w:p>
    <w:p w14:paraId="275F6350" w14:textId="110E2426" w:rsidR="0089176B" w:rsidRPr="001456B1" w:rsidRDefault="00000000">
      <w:pPr>
        <w:spacing w:after="120"/>
        <w:ind w:left="288"/>
        <w:rPr>
          <w:rFonts w:ascii="Arial" w:hAnsi="Arial"/>
          <w:color w:val="333333"/>
          <w:sz w:val="20"/>
          <w:lang w:val="pl-PL"/>
        </w:rPr>
      </w:pPr>
      <w:r w:rsidRPr="001456B1">
        <w:rPr>
          <w:rFonts w:ascii="Arial" w:hAnsi="Arial"/>
          <w:color w:val="333333"/>
          <w:sz w:val="20"/>
          <w:lang w:val="pl-PL"/>
        </w:rPr>
        <w:t xml:space="preserve">• </w:t>
      </w:r>
      <w:r w:rsidR="0089176B" w:rsidRPr="001456B1">
        <w:rPr>
          <w:rFonts w:ascii="Arial" w:hAnsi="Arial"/>
          <w:color w:val="333333"/>
          <w:sz w:val="20"/>
          <w:lang w:val="pl-PL"/>
        </w:rPr>
        <w:t>jemná práce s motýli v horkém a vlhkém prostředí</w:t>
      </w:r>
      <w:r w:rsidR="001456B1" w:rsidRPr="001456B1">
        <w:rPr>
          <w:rFonts w:ascii="Arial" w:hAnsi="Arial"/>
          <w:color w:val="333333"/>
          <w:sz w:val="20"/>
          <w:lang w:val="pl-PL"/>
        </w:rPr>
        <w:t>, starost o</w:t>
      </w:r>
      <w:r w:rsidR="001456B1">
        <w:rPr>
          <w:rFonts w:ascii="Arial" w:hAnsi="Arial"/>
          <w:color w:val="333333"/>
          <w:sz w:val="20"/>
          <w:lang w:val="pl-PL"/>
        </w:rPr>
        <w:t xml:space="preserve"> rostliny a ostatní obyvatele Papilonie</w:t>
      </w:r>
    </w:p>
    <w:p w14:paraId="7BE79774" w14:textId="0FCD2E34" w:rsidR="001456B1" w:rsidRPr="001456B1" w:rsidRDefault="00000000">
      <w:pPr>
        <w:spacing w:after="120"/>
        <w:ind w:left="288"/>
        <w:rPr>
          <w:rFonts w:ascii="Arial" w:hAnsi="Arial"/>
          <w:color w:val="333333"/>
          <w:sz w:val="20"/>
          <w:lang w:val="pl-PL"/>
        </w:rPr>
      </w:pPr>
      <w:r w:rsidRPr="001456B1">
        <w:rPr>
          <w:rFonts w:ascii="Arial" w:hAnsi="Arial"/>
          <w:color w:val="333333"/>
          <w:sz w:val="20"/>
          <w:lang w:val="pl-PL"/>
        </w:rPr>
        <w:t xml:space="preserve">• </w:t>
      </w:r>
      <w:r w:rsidR="0089176B" w:rsidRPr="001456B1">
        <w:rPr>
          <w:rFonts w:ascii="Arial" w:hAnsi="Arial"/>
          <w:color w:val="333333"/>
          <w:sz w:val="20"/>
          <w:lang w:val="pl-PL"/>
        </w:rPr>
        <w:t>provázení návštěvníků a předávání znalostí</w:t>
      </w:r>
      <w:r w:rsidR="001456B1" w:rsidRPr="001456B1">
        <w:rPr>
          <w:rFonts w:ascii="Arial" w:hAnsi="Arial"/>
          <w:color w:val="333333"/>
          <w:sz w:val="20"/>
          <w:lang w:val="pl-PL"/>
        </w:rPr>
        <w:t>,</w:t>
      </w:r>
      <w:r w:rsidR="001456B1">
        <w:rPr>
          <w:rFonts w:ascii="Arial" w:hAnsi="Arial"/>
          <w:color w:val="333333"/>
          <w:sz w:val="20"/>
          <w:lang w:val="pl-PL"/>
        </w:rPr>
        <w:t xml:space="preserve"> kontrola dodržování pravidel</w:t>
      </w:r>
    </w:p>
    <w:p w14:paraId="2CAEFC0D" w14:textId="3E988308" w:rsidR="00527FE7" w:rsidRDefault="00000000">
      <w:pPr>
        <w:spacing w:after="120"/>
        <w:ind w:left="288"/>
        <w:rPr>
          <w:rFonts w:ascii="Arial" w:hAnsi="Arial"/>
          <w:color w:val="333333"/>
          <w:sz w:val="20"/>
        </w:rPr>
      </w:pPr>
      <w:r w:rsidRPr="0089176B">
        <w:rPr>
          <w:rFonts w:ascii="Arial" w:hAnsi="Arial"/>
          <w:color w:val="333333"/>
          <w:sz w:val="20"/>
        </w:rPr>
        <w:t xml:space="preserve">• </w:t>
      </w:r>
      <w:r w:rsidR="0089176B">
        <w:rPr>
          <w:rFonts w:ascii="Arial" w:hAnsi="Arial"/>
          <w:color w:val="333333"/>
          <w:sz w:val="20"/>
        </w:rPr>
        <w:t>práce na kase, na recepci</w:t>
      </w:r>
    </w:p>
    <w:p w14:paraId="725E436A" w14:textId="68D15CE2" w:rsidR="00AE6DDA" w:rsidRPr="00AE6DDA" w:rsidRDefault="00AE6DDA" w:rsidP="00AE6DDA">
      <w:pPr>
        <w:spacing w:before="120" w:after="40"/>
      </w:pPr>
      <w:r w:rsidRPr="00AE6DDA">
        <w:rPr>
          <w:rFonts w:ascii="Arial" w:hAnsi="Arial"/>
          <w:b/>
          <w:color w:val="2C3E50"/>
        </w:rPr>
        <w:t xml:space="preserve">Instruktor </w:t>
      </w:r>
      <w:r w:rsidR="004F735B">
        <w:rPr>
          <w:rFonts w:ascii="Arial" w:hAnsi="Arial"/>
          <w:b/>
          <w:color w:val="2C3E50"/>
        </w:rPr>
        <w:t xml:space="preserve">a oddílový vedoucí </w:t>
      </w:r>
      <w:r w:rsidRPr="00AE6DDA">
        <w:rPr>
          <w:rFonts w:ascii="Arial" w:hAnsi="Arial"/>
          <w:b/>
          <w:color w:val="2C3E50"/>
        </w:rPr>
        <w:t>na dětských táborech a volnočasových aktivit</w:t>
      </w:r>
      <w:r w:rsidR="004F735B">
        <w:rPr>
          <w:rFonts w:ascii="Arial" w:hAnsi="Arial"/>
          <w:b/>
          <w:color w:val="2C3E50"/>
        </w:rPr>
        <w:t>ách</w:t>
      </w:r>
      <w:r w:rsidRPr="00AE6DDA">
        <w:rPr>
          <w:rFonts w:ascii="Arial" w:hAnsi="Arial"/>
          <w:b/>
          <w:color w:val="2C3E50"/>
        </w:rPr>
        <w:t xml:space="preserve"> | </w:t>
      </w:r>
      <w:r w:rsidRPr="00AE6DDA">
        <w:rPr>
          <w:rFonts w:ascii="Arial" w:hAnsi="Arial"/>
          <w:b/>
          <w:color w:val="2980B9"/>
        </w:rPr>
        <w:t>Aktivity Nadohled, z.</w:t>
      </w:r>
      <w:r>
        <w:rPr>
          <w:rFonts w:ascii="Arial" w:hAnsi="Arial"/>
          <w:b/>
          <w:color w:val="2980B9"/>
        </w:rPr>
        <w:t>s., Teplice</w:t>
      </w:r>
      <w:r w:rsidRPr="00AE6DDA">
        <w:rPr>
          <w:rFonts w:ascii="Arial" w:hAnsi="Arial"/>
          <w:i/>
          <w:color w:val="7F8C8D"/>
          <w:sz w:val="20"/>
        </w:rPr>
        <w:tab/>
        <w:t>0</w:t>
      </w:r>
      <w:r w:rsidR="004F735B">
        <w:rPr>
          <w:rFonts w:ascii="Arial" w:hAnsi="Arial"/>
          <w:i/>
          <w:color w:val="7F8C8D"/>
          <w:sz w:val="20"/>
        </w:rPr>
        <w:t>8</w:t>
      </w:r>
      <w:r w:rsidRPr="00AE6DDA">
        <w:rPr>
          <w:rFonts w:ascii="Arial" w:hAnsi="Arial"/>
          <w:i/>
          <w:color w:val="7F8C8D"/>
          <w:sz w:val="20"/>
        </w:rPr>
        <w:t>/202</w:t>
      </w:r>
      <w:r w:rsidR="004F735B">
        <w:rPr>
          <w:rFonts w:ascii="Arial" w:hAnsi="Arial"/>
          <w:i/>
          <w:color w:val="7F8C8D"/>
          <w:sz w:val="20"/>
        </w:rPr>
        <w:t>2</w:t>
      </w:r>
      <w:r w:rsidRPr="00AE6DDA">
        <w:rPr>
          <w:rFonts w:ascii="Arial" w:hAnsi="Arial"/>
          <w:i/>
          <w:color w:val="7F8C8D"/>
          <w:sz w:val="20"/>
        </w:rPr>
        <w:t xml:space="preserve"> – </w:t>
      </w:r>
      <w:r w:rsidR="004F735B">
        <w:rPr>
          <w:rFonts w:ascii="Arial" w:hAnsi="Arial"/>
          <w:i/>
          <w:color w:val="7F8C8D"/>
          <w:sz w:val="20"/>
        </w:rPr>
        <w:t>současnost</w:t>
      </w:r>
    </w:p>
    <w:p w14:paraId="254D2C9A" w14:textId="4165FBBF" w:rsidR="00AE6DDA" w:rsidRPr="00DD282C" w:rsidRDefault="00AE6DDA" w:rsidP="00AE6DDA">
      <w:pPr>
        <w:spacing w:after="120"/>
        <w:ind w:left="288"/>
        <w:rPr>
          <w:rFonts w:ascii="Arial" w:hAnsi="Arial"/>
          <w:color w:val="333333"/>
          <w:sz w:val="20"/>
        </w:rPr>
      </w:pPr>
      <w:r w:rsidRPr="00DD282C">
        <w:rPr>
          <w:rFonts w:ascii="Arial" w:hAnsi="Arial"/>
          <w:color w:val="333333"/>
          <w:sz w:val="20"/>
        </w:rPr>
        <w:t xml:space="preserve">• </w:t>
      </w:r>
      <w:r w:rsidR="004F735B" w:rsidRPr="00DD282C">
        <w:rPr>
          <w:rFonts w:ascii="Arial" w:hAnsi="Arial"/>
          <w:color w:val="333333"/>
          <w:sz w:val="20"/>
        </w:rPr>
        <w:t>fyzicky i psychicky vyčerpávající práce</w:t>
      </w:r>
      <w:r w:rsidR="00DD282C" w:rsidRPr="00DD282C">
        <w:rPr>
          <w:rFonts w:ascii="Arial" w:hAnsi="Arial"/>
          <w:color w:val="333333"/>
          <w:sz w:val="20"/>
        </w:rPr>
        <w:t>,</w:t>
      </w:r>
      <w:r w:rsidR="00DD282C">
        <w:rPr>
          <w:rFonts w:ascii="Arial" w:hAnsi="Arial"/>
          <w:color w:val="333333"/>
          <w:sz w:val="20"/>
        </w:rPr>
        <w:t xml:space="preserve"> práce v přírodě</w:t>
      </w:r>
    </w:p>
    <w:p w14:paraId="1CB4C36C" w14:textId="5E033B2F" w:rsidR="00AE6DDA" w:rsidRPr="009D4B58" w:rsidRDefault="00AE6DDA" w:rsidP="00AE6DDA">
      <w:pPr>
        <w:spacing w:after="120"/>
        <w:ind w:left="288"/>
        <w:rPr>
          <w:rFonts w:ascii="Arial" w:hAnsi="Arial"/>
          <w:color w:val="333333"/>
          <w:sz w:val="20"/>
        </w:rPr>
      </w:pPr>
      <w:r w:rsidRPr="009D4B58">
        <w:rPr>
          <w:rFonts w:ascii="Arial" w:hAnsi="Arial"/>
          <w:color w:val="333333"/>
          <w:sz w:val="20"/>
        </w:rPr>
        <w:t xml:space="preserve">• </w:t>
      </w:r>
      <w:r w:rsidR="004F735B" w:rsidRPr="009D4B58">
        <w:rPr>
          <w:rFonts w:ascii="Arial" w:hAnsi="Arial"/>
          <w:color w:val="333333"/>
          <w:sz w:val="20"/>
        </w:rPr>
        <w:t>vůdčí a učitelské dovednosti, umění komunikace a spolupráce v týmu</w:t>
      </w:r>
      <w:r w:rsidR="009D4B58" w:rsidRPr="009D4B58">
        <w:rPr>
          <w:rFonts w:ascii="Arial" w:hAnsi="Arial"/>
          <w:color w:val="333333"/>
          <w:sz w:val="20"/>
        </w:rPr>
        <w:t>, hra na ky</w:t>
      </w:r>
      <w:r w:rsidR="009D4B58">
        <w:rPr>
          <w:rFonts w:ascii="Arial" w:hAnsi="Arial"/>
          <w:color w:val="333333"/>
          <w:sz w:val="20"/>
        </w:rPr>
        <w:t>taru</w:t>
      </w:r>
    </w:p>
    <w:p w14:paraId="005AAF98" w14:textId="0077AA07" w:rsidR="0089176B" w:rsidRPr="00DD282C" w:rsidRDefault="00AE6DDA" w:rsidP="00DD282C">
      <w:pPr>
        <w:spacing w:after="120"/>
        <w:ind w:left="288"/>
        <w:rPr>
          <w:rFonts w:ascii="Arial" w:hAnsi="Arial"/>
          <w:color w:val="333333"/>
          <w:sz w:val="20"/>
          <w:lang w:val="pl-PL"/>
        </w:rPr>
      </w:pPr>
      <w:r w:rsidRPr="004F735B">
        <w:rPr>
          <w:rFonts w:ascii="Arial" w:hAnsi="Arial"/>
          <w:color w:val="333333"/>
          <w:sz w:val="20"/>
          <w:lang w:val="pl-PL"/>
        </w:rPr>
        <w:t xml:space="preserve">• </w:t>
      </w:r>
      <w:r w:rsidR="004F735B">
        <w:rPr>
          <w:rFonts w:ascii="Arial" w:hAnsi="Arial"/>
          <w:color w:val="333333"/>
          <w:sz w:val="20"/>
          <w:lang w:val="pl-PL"/>
        </w:rPr>
        <w:t>vřelý a přátelský, ale neústupný přístup k dětem</w:t>
      </w:r>
    </w:p>
    <w:p w14:paraId="50084C93" w14:textId="77777777" w:rsidR="00527FE7" w:rsidRPr="003229FE" w:rsidRDefault="00000000">
      <w:pPr>
        <w:spacing w:before="320" w:after="120"/>
        <w:rPr>
          <w:lang w:val="pl-PL"/>
        </w:rPr>
      </w:pPr>
      <w:r w:rsidRPr="003229FE">
        <w:rPr>
          <w:rFonts w:ascii="Arial" w:hAnsi="Arial"/>
          <w:b/>
          <w:color w:val="2980B9"/>
          <w:sz w:val="24"/>
          <w:lang w:val="pl-PL"/>
        </w:rPr>
        <w:t>VZDĚLÁNÍ</w:t>
      </w:r>
    </w:p>
    <w:p w14:paraId="4D32376E" w14:textId="1E5F0FEC" w:rsidR="00527FE7" w:rsidRPr="003229FE" w:rsidRDefault="001456B1">
      <w:pPr>
        <w:spacing w:before="80" w:after="80"/>
        <w:rPr>
          <w:lang w:val="pl-PL"/>
        </w:rPr>
      </w:pPr>
      <w:r>
        <w:rPr>
          <w:rFonts w:ascii="Arial" w:hAnsi="Arial"/>
          <w:b/>
          <w:color w:val="2C3E50"/>
          <w:sz w:val="21"/>
          <w:lang w:val="pl-PL"/>
        </w:rPr>
        <w:t>Osmileté gymnázium s maturitní zkouškou</w:t>
      </w:r>
      <w:r w:rsidRPr="003229FE">
        <w:rPr>
          <w:rFonts w:ascii="Arial" w:hAnsi="Arial"/>
          <w:b/>
          <w:color w:val="2C3E50"/>
          <w:sz w:val="21"/>
          <w:lang w:val="pl-PL"/>
        </w:rPr>
        <w:br/>
      </w:r>
      <w:r>
        <w:rPr>
          <w:rFonts w:ascii="Arial" w:hAnsi="Arial"/>
          <w:color w:val="7F8C8D"/>
          <w:sz w:val="20"/>
          <w:lang w:val="pl-PL"/>
        </w:rPr>
        <w:t xml:space="preserve">Biskupské gymnázium Bohosudov, Krupka </w:t>
      </w:r>
      <w:r w:rsidRPr="003229FE">
        <w:rPr>
          <w:rFonts w:ascii="Arial" w:hAnsi="Arial"/>
          <w:color w:val="7F8C8D"/>
          <w:sz w:val="20"/>
          <w:lang w:val="pl-PL"/>
        </w:rPr>
        <w:t>(</w:t>
      </w:r>
      <w:r>
        <w:rPr>
          <w:rFonts w:ascii="Arial" w:hAnsi="Arial"/>
          <w:color w:val="7F8C8D"/>
          <w:sz w:val="20"/>
          <w:lang w:val="pl-PL"/>
        </w:rPr>
        <w:t>2018 - 2026</w:t>
      </w:r>
      <w:r w:rsidRPr="003229FE">
        <w:rPr>
          <w:rFonts w:ascii="Arial" w:hAnsi="Arial"/>
          <w:color w:val="7F8C8D"/>
          <w:sz w:val="20"/>
          <w:lang w:val="pl-PL"/>
        </w:rPr>
        <w:t>)</w:t>
      </w:r>
    </w:p>
    <w:p w14:paraId="1A8555F9" w14:textId="77777777" w:rsidR="00527FE7" w:rsidRPr="003229FE" w:rsidRDefault="00000000">
      <w:pPr>
        <w:spacing w:before="320" w:after="120"/>
        <w:rPr>
          <w:lang w:val="pl-PL"/>
        </w:rPr>
      </w:pPr>
      <w:r w:rsidRPr="003229FE">
        <w:rPr>
          <w:rFonts w:ascii="Arial" w:hAnsi="Arial"/>
          <w:b/>
          <w:color w:val="2980B9"/>
          <w:sz w:val="24"/>
          <w:lang w:val="pl-PL"/>
        </w:rPr>
        <w:t>ZNALOSTI A DOVEDNOSTI</w:t>
      </w:r>
    </w:p>
    <w:p w14:paraId="083FF13A" w14:textId="3157486E" w:rsidR="00527FE7" w:rsidRPr="003229FE" w:rsidRDefault="00000000">
      <w:pPr>
        <w:spacing w:after="60"/>
        <w:ind w:left="288"/>
        <w:rPr>
          <w:lang w:val="pl-PL"/>
        </w:rPr>
      </w:pPr>
      <w:r w:rsidRPr="003229FE">
        <w:rPr>
          <w:rFonts w:ascii="Arial" w:hAnsi="Arial"/>
          <w:b/>
          <w:color w:val="2C3E50"/>
          <w:sz w:val="20"/>
          <w:lang w:val="pl-PL"/>
        </w:rPr>
        <w:t xml:space="preserve">• Jazykové znalosti: </w:t>
      </w:r>
      <w:r w:rsidRPr="003229FE">
        <w:rPr>
          <w:rFonts w:ascii="Arial" w:hAnsi="Arial"/>
          <w:color w:val="333333"/>
          <w:sz w:val="20"/>
          <w:lang w:val="pl-PL"/>
        </w:rPr>
        <w:t>Anglický jazyk (</w:t>
      </w:r>
      <w:r w:rsidR="00AE6DDA">
        <w:rPr>
          <w:rFonts w:ascii="Arial" w:hAnsi="Arial"/>
          <w:color w:val="333333"/>
          <w:sz w:val="20"/>
          <w:lang w:val="pl-PL"/>
        </w:rPr>
        <w:t xml:space="preserve">Cambridge English Level 2 Certificate in ESOL International (Advanced): </w:t>
      </w:r>
      <w:r w:rsidR="001456B1">
        <w:rPr>
          <w:rFonts w:ascii="Arial" w:hAnsi="Arial"/>
          <w:color w:val="333333"/>
          <w:sz w:val="20"/>
          <w:lang w:val="pl-PL"/>
        </w:rPr>
        <w:t>C1</w:t>
      </w:r>
      <w:r w:rsidRPr="003229FE">
        <w:rPr>
          <w:rFonts w:ascii="Arial" w:hAnsi="Arial"/>
          <w:color w:val="333333"/>
          <w:sz w:val="20"/>
          <w:lang w:val="pl-PL"/>
        </w:rPr>
        <w:t xml:space="preserve"> –</w:t>
      </w:r>
      <w:r w:rsidR="00AE6DDA">
        <w:rPr>
          <w:rFonts w:ascii="Arial" w:hAnsi="Arial"/>
          <w:color w:val="333333"/>
          <w:sz w:val="20"/>
          <w:lang w:val="pl-PL"/>
        </w:rPr>
        <w:t xml:space="preserve"> velmi pokročilý, zkouška složena 29.1.2026</w:t>
      </w:r>
      <w:r w:rsidRPr="003229FE">
        <w:rPr>
          <w:rFonts w:ascii="Arial" w:hAnsi="Arial"/>
          <w:color w:val="333333"/>
          <w:sz w:val="20"/>
          <w:lang w:val="pl-PL"/>
        </w:rPr>
        <w:t>), Německý jazyk (</w:t>
      </w:r>
      <w:r w:rsidR="00AE6DDA">
        <w:rPr>
          <w:rFonts w:ascii="Arial" w:hAnsi="Arial"/>
          <w:color w:val="333333"/>
          <w:sz w:val="20"/>
          <w:lang w:val="pl-PL"/>
        </w:rPr>
        <w:t>B1</w:t>
      </w:r>
      <w:r w:rsidRPr="003229FE">
        <w:rPr>
          <w:rFonts w:ascii="Arial" w:hAnsi="Arial"/>
          <w:color w:val="333333"/>
          <w:sz w:val="20"/>
          <w:lang w:val="pl-PL"/>
        </w:rPr>
        <w:t xml:space="preserve"> – </w:t>
      </w:r>
      <w:r w:rsidR="00AE6DDA">
        <w:rPr>
          <w:rFonts w:ascii="Arial" w:hAnsi="Arial"/>
          <w:color w:val="333333"/>
          <w:sz w:val="20"/>
          <w:lang w:val="pl-PL"/>
        </w:rPr>
        <w:t>středně pokročilý</w:t>
      </w:r>
      <w:r w:rsidRPr="003229FE">
        <w:rPr>
          <w:rFonts w:ascii="Arial" w:hAnsi="Arial"/>
          <w:color w:val="333333"/>
          <w:sz w:val="20"/>
          <w:lang w:val="pl-PL"/>
        </w:rPr>
        <w:t>)</w:t>
      </w:r>
    </w:p>
    <w:p w14:paraId="1815E14A" w14:textId="33914107" w:rsidR="00527FE7" w:rsidRDefault="00000000">
      <w:pPr>
        <w:spacing w:after="60"/>
        <w:ind w:left="288"/>
      </w:pPr>
      <w:r>
        <w:rPr>
          <w:rFonts w:ascii="Arial" w:hAnsi="Arial"/>
          <w:b/>
          <w:color w:val="2C3E50"/>
          <w:sz w:val="20"/>
        </w:rPr>
        <w:lastRenderedPageBreak/>
        <w:t xml:space="preserve">• IT dovednosti: </w:t>
      </w:r>
      <w:r>
        <w:rPr>
          <w:rFonts w:ascii="Arial" w:hAnsi="Arial"/>
          <w:color w:val="333333"/>
          <w:sz w:val="20"/>
        </w:rPr>
        <w:t>MS Office</w:t>
      </w:r>
      <w:r w:rsidR="00AE6DDA">
        <w:rPr>
          <w:rFonts w:ascii="Arial" w:hAnsi="Arial"/>
          <w:color w:val="333333"/>
          <w:sz w:val="20"/>
        </w:rPr>
        <w:t xml:space="preserve">, </w:t>
      </w:r>
      <w:r>
        <w:rPr>
          <w:rFonts w:ascii="Arial" w:hAnsi="Arial"/>
          <w:color w:val="333333"/>
          <w:sz w:val="20"/>
        </w:rPr>
        <w:t>Google Workspace</w:t>
      </w:r>
      <w:r w:rsidR="00AE6DDA">
        <w:rPr>
          <w:rFonts w:ascii="Arial" w:hAnsi="Arial"/>
          <w:color w:val="333333"/>
          <w:sz w:val="20"/>
        </w:rPr>
        <w:t>, základy programování</w:t>
      </w:r>
    </w:p>
    <w:p w14:paraId="1A709599" w14:textId="5DB8E00C" w:rsidR="00527FE7" w:rsidRDefault="00000000">
      <w:pPr>
        <w:spacing w:after="60"/>
        <w:ind w:left="288"/>
      </w:pPr>
      <w:r>
        <w:rPr>
          <w:rFonts w:ascii="Arial" w:hAnsi="Arial"/>
          <w:b/>
          <w:color w:val="2C3E50"/>
          <w:sz w:val="20"/>
        </w:rPr>
        <w:t xml:space="preserve">• Osobní dovednosti: </w:t>
      </w:r>
      <w:r w:rsidR="00AE6DDA">
        <w:rPr>
          <w:rFonts w:ascii="Arial" w:hAnsi="Arial"/>
          <w:color w:val="333333"/>
          <w:sz w:val="20"/>
        </w:rPr>
        <w:t>Kreativní</w:t>
      </w:r>
      <w:r>
        <w:rPr>
          <w:rFonts w:ascii="Arial" w:hAnsi="Arial"/>
          <w:color w:val="333333"/>
          <w:sz w:val="20"/>
        </w:rPr>
        <w:t xml:space="preserve"> myšlení, flexibilita, výborné komunikační a prezentační schopnosti</w:t>
      </w:r>
      <w:r w:rsidR="00AE6DDA">
        <w:rPr>
          <w:rFonts w:ascii="Arial" w:hAnsi="Arial"/>
          <w:color w:val="333333"/>
          <w:sz w:val="20"/>
        </w:rPr>
        <w:t>, všeobecný přehled, pedagogické a vůdcovské dovednosti z Letních táborů (Skaut ČR, DDM i soukromé společnosti)</w:t>
      </w:r>
    </w:p>
    <w:p w14:paraId="6C27CD85" w14:textId="69216EBF" w:rsidR="00527FE7" w:rsidRDefault="00000000">
      <w:pPr>
        <w:spacing w:after="60"/>
        <w:ind w:left="288"/>
      </w:pPr>
      <w:r>
        <w:rPr>
          <w:rFonts w:ascii="Arial" w:hAnsi="Arial"/>
          <w:b/>
          <w:color w:val="2C3E50"/>
          <w:sz w:val="20"/>
        </w:rPr>
        <w:t xml:space="preserve">• Ostatní: </w:t>
      </w:r>
      <w:r>
        <w:rPr>
          <w:rFonts w:ascii="Arial" w:hAnsi="Arial"/>
          <w:color w:val="333333"/>
          <w:sz w:val="20"/>
        </w:rPr>
        <w:t>Řidičský průkaz skupiny B (</w:t>
      </w:r>
      <w:r w:rsidR="00AE6DDA">
        <w:rPr>
          <w:rFonts w:ascii="Arial" w:hAnsi="Arial"/>
          <w:color w:val="333333"/>
          <w:sz w:val="20"/>
        </w:rPr>
        <w:t>občasný</w:t>
      </w:r>
      <w:r>
        <w:rPr>
          <w:rFonts w:ascii="Arial" w:hAnsi="Arial"/>
          <w:color w:val="333333"/>
          <w:sz w:val="20"/>
        </w:rPr>
        <w:t xml:space="preserve"> řidič)</w:t>
      </w:r>
    </w:p>
    <w:sectPr w:rsidR="00527FE7" w:rsidSect="00DD282C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46488372">
    <w:abstractNumId w:val="8"/>
  </w:num>
  <w:num w:numId="2" w16cid:durableId="999383137">
    <w:abstractNumId w:val="6"/>
  </w:num>
  <w:num w:numId="3" w16cid:durableId="1377126173">
    <w:abstractNumId w:val="5"/>
  </w:num>
  <w:num w:numId="4" w16cid:durableId="960501176">
    <w:abstractNumId w:val="4"/>
  </w:num>
  <w:num w:numId="5" w16cid:durableId="1941140094">
    <w:abstractNumId w:val="7"/>
  </w:num>
  <w:num w:numId="6" w16cid:durableId="21785696">
    <w:abstractNumId w:val="3"/>
  </w:num>
  <w:num w:numId="7" w16cid:durableId="1762950594">
    <w:abstractNumId w:val="2"/>
  </w:num>
  <w:num w:numId="8" w16cid:durableId="1052311689">
    <w:abstractNumId w:val="1"/>
  </w:num>
  <w:num w:numId="9" w16cid:durableId="1128863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7D8A"/>
    <w:rsid w:val="001456B1"/>
    <w:rsid w:val="0015074B"/>
    <w:rsid w:val="001A4A5E"/>
    <w:rsid w:val="0029639D"/>
    <w:rsid w:val="002F614A"/>
    <w:rsid w:val="003229FE"/>
    <w:rsid w:val="00326F90"/>
    <w:rsid w:val="003330C1"/>
    <w:rsid w:val="004F735B"/>
    <w:rsid w:val="00527FE7"/>
    <w:rsid w:val="0089176B"/>
    <w:rsid w:val="009D4B58"/>
    <w:rsid w:val="00AA1D8D"/>
    <w:rsid w:val="00AE6DDA"/>
    <w:rsid w:val="00B47730"/>
    <w:rsid w:val="00CB0664"/>
    <w:rsid w:val="00DB4396"/>
    <w:rsid w:val="00DD282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A4E74C"/>
  <w14:defaultImageDpi w14:val="300"/>
  <w15:docId w15:val="{DB07A005-5F3D-4947-8422-CEA89DAE9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266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Adam Hadraba</cp:lastModifiedBy>
  <cp:revision>2</cp:revision>
  <dcterms:created xsi:type="dcterms:W3CDTF">2026-07-24T10:16:00Z</dcterms:created>
  <dcterms:modified xsi:type="dcterms:W3CDTF">2026-07-24T10:16:00Z</dcterms:modified>
  <cp:category/>
</cp:coreProperties>
</file>