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Životopis</w:t>
      </w:r>
    </w:p>
    <w:p>
      <w:pPr>
        <w:pStyle w:val="Heading2"/>
      </w:pPr>
      <w:r>
        <w:t>Profil</w:t>
      </w:r>
    </w:p>
    <w:p>
      <w:r>
        <w:t>Jsem pracovitý, spolehlivý a manuálně zručný student. Rychle se učím novým věcem, jsem zodpovědný, dochvilný a nebojím se fyzické práce. Umím pracovat samostatně i v týmu a vždy se snažím odvést kvalitní práci.</w:t>
      </w:r>
    </w:p>
    <w:p>
      <w:pPr>
        <w:pStyle w:val="Heading2"/>
      </w:pPr>
      <w:r>
        <w:t>Dovednosti</w:t>
      </w:r>
    </w:p>
    <w:p>
      <w:pPr>
        <w:pStyle w:val="ListBullet"/>
      </w:pPr>
      <w:r>
        <w:t>Manuální zručnost</w:t>
      </w:r>
    </w:p>
    <w:p>
      <w:pPr>
        <w:pStyle w:val="ListBullet"/>
      </w:pPr>
      <w:r>
        <w:t>Pracovitost a spolehlivost</w:t>
      </w:r>
    </w:p>
    <w:p>
      <w:pPr>
        <w:pStyle w:val="ListBullet"/>
      </w:pPr>
      <w:r>
        <w:t>Pečlivost</w:t>
      </w:r>
    </w:p>
    <w:p>
      <w:pPr>
        <w:pStyle w:val="ListBullet"/>
      </w:pPr>
      <w:r>
        <w:t>Dochvilnost</w:t>
      </w:r>
    </w:p>
    <w:p>
      <w:pPr>
        <w:pStyle w:val="ListBullet"/>
      </w:pPr>
      <w:r>
        <w:t>Rychlé učení</w:t>
      </w:r>
    </w:p>
    <w:p>
      <w:pPr>
        <w:pStyle w:val="ListBullet"/>
      </w:pPr>
      <w:r>
        <w:t>Týmová spolupráce</w:t>
      </w:r>
    </w:p>
    <w:p>
      <w:pPr>
        <w:pStyle w:val="ListBullet"/>
      </w:pPr>
      <w:r>
        <w:t>Samostatnost</w:t>
      </w:r>
    </w:p>
    <w:p>
      <w:pPr>
        <w:pStyle w:val="ListBullet"/>
      </w:pPr>
      <w:r>
        <w:t>Ochota učit se novým věcem</w:t>
      </w:r>
    </w:p>
    <w:p>
      <w:pPr>
        <w:pStyle w:val="Heading2"/>
      </w:pPr>
      <w:r>
        <w:t>Pracovní zkušenosti</w:t>
      </w:r>
    </w:p>
    <w:p>
      <w:r>
        <w:t>Mám zkušenosti s manuální prací a jsem připraven učit se novým pracovním postupům. Práci vykonávám svědomitě a zodpovědně.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