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F95FC" w14:textId="77777777" w:rsidR="0058504F" w:rsidRDefault="00725888">
      <w:pPr>
        <w:jc w:val="center"/>
      </w:pPr>
      <w:r>
        <w:rPr>
          <w:b/>
        </w:rPr>
        <w:t>Ing. Kristýna Šedivá</w:t>
      </w:r>
      <w:r>
        <w:rPr>
          <w:b/>
        </w:rPr>
        <w:br/>
      </w:r>
    </w:p>
    <w:p w14:paraId="2489B9E4" w14:textId="77777777" w:rsidR="0058504F" w:rsidRDefault="00725888">
      <w:pPr>
        <w:jc w:val="center"/>
      </w:pPr>
      <w:r>
        <w:rPr>
          <w:noProof/>
        </w:rPr>
        <w:drawing>
          <wp:inline distT="0" distB="0" distL="0" distR="0" wp14:anchorId="5C0DCB71" wp14:editId="1842A125">
            <wp:extent cx="1645920" cy="25306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25950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253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4F534" w14:textId="77777777" w:rsidR="00FF4E0F" w:rsidRDefault="00725888">
      <w:pPr>
        <w:jc w:val="center"/>
      </w:pPr>
      <w:r>
        <w:t xml:space="preserve">Praha | narozena 20. 12. 1986 | </w:t>
      </w:r>
      <w:proofErr w:type="spellStart"/>
      <w:r>
        <w:t>česká</w:t>
      </w:r>
      <w:proofErr w:type="spellEnd"/>
      <w:r>
        <w:t xml:space="preserve"> </w:t>
      </w:r>
      <w:proofErr w:type="spellStart"/>
      <w:r>
        <w:t>národnost</w:t>
      </w:r>
      <w:proofErr w:type="spellEnd"/>
    </w:p>
    <w:p w14:paraId="52AD3565" w14:textId="1DE9A1D1" w:rsidR="0058504F" w:rsidRDefault="00FF4E0F">
      <w:pPr>
        <w:jc w:val="center"/>
      </w:pPr>
      <w:proofErr w:type="spellStart"/>
      <w:r>
        <w:t>Telefon</w:t>
      </w:r>
      <w:proofErr w:type="spellEnd"/>
      <w:r>
        <w:t>:+420 725 731 21</w:t>
      </w:r>
      <w:r w:rsidR="00464296">
        <w:t xml:space="preserve">1 </w:t>
      </w:r>
      <w:r w:rsidR="00464296">
        <w:t xml:space="preserve"> | </w:t>
      </w:r>
      <w:r>
        <w:t xml:space="preserve"> email: sedivak86@gmail.com</w:t>
      </w:r>
      <w:r w:rsidR="00725888">
        <w:br/>
      </w:r>
    </w:p>
    <w:p w14:paraId="59E64E2A" w14:textId="77777777" w:rsidR="0058504F" w:rsidRDefault="00725888">
      <w:pPr>
        <w:pStyle w:val="Nadpis1"/>
      </w:pPr>
      <w:r>
        <w:t>Profil</w:t>
      </w:r>
    </w:p>
    <w:p w14:paraId="73517F5D" w14:textId="77777777" w:rsidR="0058504F" w:rsidRDefault="00725888">
      <w:r>
        <w:t>Komunikativní, spolehlivá a proaktivní profesionálka s dlouholetými zkušenostmi v marketingu, zákaznickém servisu, administrativě, organizaci akcí a vedení provozu. Silné mezilidské dovednosti, orientace na klienta a schopnost budovat pozitivní týmovou atmosféru.</w:t>
      </w:r>
    </w:p>
    <w:p w14:paraId="18901863" w14:textId="77777777" w:rsidR="0058504F" w:rsidRDefault="00725888">
      <w:pPr>
        <w:pStyle w:val="Nadpis1"/>
      </w:pPr>
      <w:r>
        <w:t>Pracovní zkušenosti</w:t>
      </w:r>
    </w:p>
    <w:p w14:paraId="6B043C58" w14:textId="77777777" w:rsidR="0058504F" w:rsidRDefault="00725888">
      <w:r>
        <w:t>2024–2026 | MACH MOTORS, s.r.o.</w:t>
      </w:r>
      <w:r>
        <w:br/>
        <w:t>Back-office, hlavní recepční, klientský servis, vedoucí pokladní</w:t>
      </w:r>
    </w:p>
    <w:p w14:paraId="1C8BE685" w14:textId="77777777" w:rsidR="0058504F" w:rsidRDefault="00725888">
      <w:r>
        <w:t>2023–2024 | 67 TATTOO SHOP STUDIO, s.r.o.</w:t>
      </w:r>
      <w:r>
        <w:br/>
        <w:t>Manager tetovacího studia, zákaznický servis, účast na tetovacích konvencích v Německu a Rakousku</w:t>
      </w:r>
    </w:p>
    <w:p w14:paraId="3E173B2F" w14:textId="77777777" w:rsidR="0058504F" w:rsidRDefault="00725888">
      <w:r>
        <w:t>2018–2023 | HARLEY-DAVIDSON PRAHA (KLASIK MOTO)</w:t>
      </w:r>
      <w:r>
        <w:br/>
        <w:t>Prodej motorkářského příslušenství, organizace eventů, účast na festivalech, aktivní prodej, certifikovaný EU prodejce</w:t>
      </w:r>
    </w:p>
    <w:p w14:paraId="1C463CC3" w14:textId="77777777" w:rsidR="0058504F" w:rsidRDefault="00725888">
      <w:r>
        <w:t>2018 | TOYOTA LOWMAN PRAHA, a.s.</w:t>
      </w:r>
      <w:r>
        <w:br/>
        <w:t>Recepční, back-office</w:t>
      </w:r>
    </w:p>
    <w:p w14:paraId="4D95D1A4" w14:textId="77777777" w:rsidR="0058504F" w:rsidRDefault="00725888">
      <w:r>
        <w:lastRenderedPageBreak/>
        <w:t>2017 | BK MLADÁ BOLESLAV</w:t>
      </w:r>
      <w:r>
        <w:br/>
        <w:t>Marketingový specialista</w:t>
      </w:r>
    </w:p>
    <w:p w14:paraId="07986164" w14:textId="77777777" w:rsidR="0058504F" w:rsidRDefault="00725888">
      <w:r>
        <w:t>2013–2017 | BÍLÍ TYGŘI LIBEREC</w:t>
      </w:r>
      <w:r>
        <w:br/>
        <w:t>Marketingová specialistka</w:t>
      </w:r>
    </w:p>
    <w:p w14:paraId="7BDCE083" w14:textId="77777777" w:rsidR="0058504F" w:rsidRDefault="00725888">
      <w:pPr>
        <w:pStyle w:val="Nadpis1"/>
      </w:pPr>
      <w:r>
        <w:t>Vzdělání</w:t>
      </w:r>
    </w:p>
    <w:p w14:paraId="639E01B7" w14:textId="77777777" w:rsidR="0058504F" w:rsidRDefault="00725888">
      <w:r>
        <w:t>Vysoká škola obchodní – magisterské studium</w:t>
      </w:r>
      <w:r>
        <w:br/>
        <w:t>Mezinárodní teritoriální studia a management letecké dopravy a cestovního ruchu</w:t>
      </w:r>
      <w:r>
        <w:br/>
        <w:t>Titul: Ing.</w:t>
      </w:r>
    </w:p>
    <w:p w14:paraId="3FB4BAB3" w14:textId="77777777" w:rsidR="0058504F" w:rsidRDefault="00725888">
      <w:pPr>
        <w:pStyle w:val="Nadpis1"/>
      </w:pPr>
      <w:r>
        <w:t>Jazykové znalosti</w:t>
      </w:r>
    </w:p>
    <w:p w14:paraId="136B2A1D" w14:textId="77777777" w:rsidR="0058504F" w:rsidRDefault="00725888">
      <w:r>
        <w:t>Čeština – rodilý mluvčí</w:t>
      </w:r>
      <w:r>
        <w:br/>
        <w:t>Angličtina – velmi komunikativní úroveň slovem i písmem</w:t>
      </w:r>
      <w:r>
        <w:br/>
        <w:t>Němčina – mírně pokročilá</w:t>
      </w:r>
      <w:r>
        <w:br/>
        <w:t>Italština – mírně pokročilá</w:t>
      </w:r>
      <w:r>
        <w:br/>
        <w:t>Španělština – začátečník</w:t>
      </w:r>
    </w:p>
    <w:p w14:paraId="113B6026" w14:textId="77777777" w:rsidR="0058504F" w:rsidRDefault="00725888">
      <w:pPr>
        <w:pStyle w:val="Nadpis1"/>
      </w:pPr>
      <w:r>
        <w:t>Silné stránky</w:t>
      </w:r>
    </w:p>
    <w:p w14:paraId="2DE43B77" w14:textId="77777777" w:rsidR="0058504F" w:rsidRDefault="00725888">
      <w:r>
        <w:t>Komunikace • Zákaznický servis • Organizace akcí • Marketing • Týmová spolupráce • Samostatnost • Spolehlivost • Budování vztahů</w:t>
      </w:r>
    </w:p>
    <w:p w14:paraId="27CA1DC6" w14:textId="77777777" w:rsidR="0058504F" w:rsidRDefault="00725888">
      <w:pPr>
        <w:pStyle w:val="Nadpis1"/>
      </w:pPr>
      <w:r>
        <w:t>Zájmy</w:t>
      </w:r>
    </w:p>
    <w:p w14:paraId="0FE4EABB" w14:textId="77777777" w:rsidR="0058504F" w:rsidRDefault="00725888">
      <w:r>
        <w:t>Cestování, motorky, čas s rodinou a přáteli</w:t>
      </w:r>
    </w:p>
    <w:sectPr w:rsidR="0058504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29155771">
    <w:abstractNumId w:val="8"/>
  </w:num>
  <w:num w:numId="2" w16cid:durableId="1332173361">
    <w:abstractNumId w:val="6"/>
  </w:num>
  <w:num w:numId="3" w16cid:durableId="180557742">
    <w:abstractNumId w:val="5"/>
  </w:num>
  <w:num w:numId="4" w16cid:durableId="999038806">
    <w:abstractNumId w:val="4"/>
  </w:num>
  <w:num w:numId="5" w16cid:durableId="385182379">
    <w:abstractNumId w:val="7"/>
  </w:num>
  <w:num w:numId="6" w16cid:durableId="1240596485">
    <w:abstractNumId w:val="3"/>
  </w:num>
  <w:num w:numId="7" w16cid:durableId="166292684">
    <w:abstractNumId w:val="2"/>
  </w:num>
  <w:num w:numId="8" w16cid:durableId="1377316338">
    <w:abstractNumId w:val="1"/>
  </w:num>
  <w:num w:numId="9" w16cid:durableId="51278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64296"/>
    <w:rsid w:val="0058504F"/>
    <w:rsid w:val="00725888"/>
    <w:rsid w:val="00AA1D8D"/>
    <w:rsid w:val="00B47730"/>
    <w:rsid w:val="00CB0664"/>
    <w:rsid w:val="00F66575"/>
    <w:rsid w:val="00FC693F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8D7F31"/>
  <w14:defaultImageDpi w14:val="300"/>
  <w15:docId w15:val="{CCD097BA-E1BC-4AB5-A854-763A475DA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217</Words>
  <Characters>1284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Libor Smetana</cp:lastModifiedBy>
  <cp:revision>2</cp:revision>
  <dcterms:created xsi:type="dcterms:W3CDTF">2026-06-17T14:02:00Z</dcterms:created>
  <dcterms:modified xsi:type="dcterms:W3CDTF">2026-06-17T14:02:00Z</dcterms:modified>
  <cp:category/>
</cp:coreProperties>
</file>